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טיעון ומידע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טענה ונימוקים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טקסט הטיעון ואת מטרת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טענה, נימוק, עובדה 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יש להפחית שימוש במכשירים ניידים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הסבר או עובדה שתומכים בטענה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עובדה ניתנת לאימות, דעה היא עמדה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המטרה של השוואת טקסטים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(קביעה שהכותב רוצה לשכנע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(הסבר שתומך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(משפט שאפשר לבדוק אם הוא נכון)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מבנה טקסט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הצגת הנושא והטענה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נימוק ראשון עם דוגמה תומכת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הטענה: יש להוסיף זמן הפסקה. הנימוק: זה משפר ריכוז ולמידה.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 היא הקביעה, נימוק הוא ההסבר התומך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ניתנת לבדיקה, דעה היא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גוף עם נימוקים,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מהכיתה לפני תחילת הדף,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את התלמידים לנמק כל תשובה עם 'הוכחה מהטקסט'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הסדר, אפשר לבקש מהתלמידים לכתוב דוגמה קצרה לכל שלב במבנה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טיעון ומידע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זיהוי טענה ונימוקים, הבחנה בין עובדה לדעה, מטרת הכותב ומבנה של טקסט טיעון ומידע - בדיוק כמו במשחקי המרכזון.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טענה  ·  נימוק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טענה, נימוק, עובדה 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קראו: 'יש להפחית שימוש במכשירים ניידים בבית הספר, כי זה פוגע בריכוז התלמידים.' מהי הטענה?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 להפחית שימוש במכשירים ניידים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המכשירים פוגעים בריכוז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בית הספר אוסר מכשירים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נימוק בטקסט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הסבר או עובדה שתומכים בטענה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כותרת הטקסט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משפט פתיחה סתמי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לבדוק עובדה במקורות מידע, אבל אי אפשר לבדוק דעה באותה דרך.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השוואה בין שני טקסטים יכולה לעזור להבין דמיון והבדל בין עמדות.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המשפט 'יש לבנות עוד פארקים בעיר' הוא ה__________ של הכותב.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הוא הסבר או הוכחה שתומכים בטענה.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הסבר שתומך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משפט שאפשר לבדוק אם הוא 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עובדה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קביעה שהכותב רוצה לשכנע 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מבנה טקסט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נימוק ראשון עם דוגמה תומכת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- הצגת הנושא והטענה המרכזית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קראו: 'יש להוסיף זמן הפסקה לתלמידים, כי זה משפר ריכוז ולמידה.' זהו בכתיבה קצרה את הטענה ואת הנימוק.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טענה לנימוק?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למשפט שהוא עובדה ולמשפט שהוא דעה.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קריאת טיעון ומידע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