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טיעון ומידע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טענה ונימוקים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טקסט הטיעון ואת מטרת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טענה, נימוק, עובדה 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יש להפחית שימוש במכשירים ניידים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הסבר או עובדה שתומכים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לשכנע את הקורא בעמדה מסוימת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ניתנת לאימות, דעה היא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בדרך כלל יש טענה וכמה נימוקים התומכים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המטרה של השוואת 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פתיחה, גוף הטקסט עם נימוקים,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(קביעה שהכותב רוצה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(הסבר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(משפט שאפשר לבדוק אם הוא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(עמדה אישית ללא הוכחה חד משמעית)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(פתיחה, גוף וסיכום של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טקסט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הצגת הנושא והטענה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 ראשון עם דוגמה תומכת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נימוק שני עם דוגמה תומכת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 - חיזוק הטענה ומסקנה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הטענה: יש להוסיף זמן הפסקה. הנימוק: זה משפר ריכוז ולמידה.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עובדה אפשר לבדוק, דעה היא עמדה אישית - התלמידים יביאו דוגמאות משלהם.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 היא הקביעה, נימוק הוא ההסבר התומך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ניתנת לבדיקה, דעה היא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גוף עם נימוקים,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מהכיתה לפני תחילת הדף,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את התלמידים לנמק כל תשובה עם 'הוכחה מהטקסט'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הסדר, אפשר לבקש מהתלמידים לכתוב דוגמה קצרה לכל שלב במבנה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טיעון ומידע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זו טענה, מה זה נימוק, מה ההבדל בין עובדה לדעה, ואיך בנוי טקסט טיעון.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קביעה שהכותב רוצה לשכנע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או הוכחה שתומכים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שאפשר לבדוק אם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עמדה אישית שאי אפשר להוכיח באופן חד משמעי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מטרת הכותב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שבגללה נכתב הטקסט, למשל לשכנע או ליידע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מאורגן הטקסט - פתיחה, גוף וסיכום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השוואה בין טקסטים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מציאת דמיון והבדל בין עמדות בשני טקסטים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טענה, נימוק, עובדה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המשפט שהכותב רוצה לשכנע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להפחית שימוש במכשירים ניידים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המכשירים פוגעים בריכוז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הספר אוסר מכשירים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התלמידים אוהבים מכשירים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שמתארת הסבר שתומך בטענה?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הסבר או עובדה שתומכים בטענה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 הטקסט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פתיחה סתמי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 ללא שום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אפשר לבדוק את המשפט הזה - אז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זו דעה או עובדה שאפשר לבדוק?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כותבים בדרך כלל טקסט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את הקורא בעמדה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נוף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עובדה במקורות מידע, אבל אי אפשר לבדוק דעה באותה דרך.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טקסט טיעון יש רק טענה אחת בלי שום נימוקים.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טקסטים יכולה לעזור להבין דמיון והבדל בין עמדות.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טקסט טיעון כולל בדרך כלל רק סיכום בלי פתיחה.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'יש לבנות עוד פארקים בעיר' הוא ה__________ של הכותב.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הסבר או הוכחה שתומכים בטענה.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שאפשר לבדוק את נכונותו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עמדה אישית שאי אפשר להוכיח באופן חד משמעי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עמדה אישית ללא הוכחה חד משמעית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קביעה שהכותב רוצה לשכנע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פתיחה, גוף וסיכום של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מבנה 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שאפשר לבדוק אם הוא נכון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מבנה טקסט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- חיזוק הטענה ומסקנה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הצגת הנושא והטענה המרכזית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ראשון עם דוגמה תומכת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שני עם דוגמה תומכת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'יש להוסיף זמן הפסקה לתלמידים, כי זה משפר ריכוז ולמידה.' זהו בכתיבה קצרה את הטענה ואת הנימוק.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עובדה לדעה, ותנו דוגמה אחת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טענה לנימוק?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שהוא עובדה ולמשפט שהוא דעה.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המבנה של טקסט 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קריאת טיעון ומידע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