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טיעון ומידע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 ונימוקים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טקסט הטיעון ואת 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טענה, נימוק, עובדה 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להפחית שימוש במכשירים ניידים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הסבר או עובדה שתומכים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לשכנע את הקורא בעמדה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ניתנת לאימות, דעה היא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יש טענה וכמה נימוקים התומכים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השוואת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פתיחה, גוף הטקסט עם נימוקים,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(קביעה שהכותב רוצה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(משפט שאפשר לבדוק אם הוא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(עמדה אישית ללא הוכחה חד משמעית)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(פתיחה, גוף וסיכום של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טקסט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הנושא והטענה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 עם דוגמה תומכת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שני עם דוגמה תומכת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- חיזוק הטענה ומסקנה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הטענה: יש להוסיף זמן הפסקה. הנימוק: זה משפר ריכוז ולמידה.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עובדה אפשר לבדוק, דעה היא עמדה אישית - התלמידים יביאו דוגמאות משלהם.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היא הקביעה, נימוק הוא ההסבר התומך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גוף עם נימוקים,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מהכיתה לפני תחילת הדף,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לנמק כל תשובה עם 'הוכחה מהטקסט'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הסדר, אפשר לבקש מהתלמידים לכתוב דוגמה קצרה לכל שלב במבנה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טיעון ומידע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טענה ונימוקים, הבחנה בין עובדה לדעה, מטרת הכותב ומבנה של טקסט טיעון ומידע - בדיוק כמו במשחקי המרכזון.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טענה, נימוק, עובדה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'יש להפחית שימוש במכשירים ניידים בבית הספר, כי זה פוגע בריכוז התלמידים.'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להפחית שימוש במכשירים ניידים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המכשירים פוגעים בריכוז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הספר אוסר מכשירים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התלמידים אוהבים מכשירים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נימוק בטקסט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הסבר או עובדה שתומכים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הטקסט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פתיחה סתמי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ללא שום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המשפט 'בישראל יורד גשם בעיקר בחורף'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'הקיץ הוא העונה הכי יפה בשנה'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בדרך כלל מטרת הכותב בטקסט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 בעמדה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נוף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עובדה במקורות מידע, אבל אי אפשר לבדוק דעה באותה 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טיעון יש רק טענה אחת בלי שום נימוקים.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טקסטים יכולה לעזור להבין דמיון והבדל בין עמדות.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טקסט טיעון כולל בדרך כלל רק סיכום בלי פתיחה.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'יש לבנות עוד פארקים בעיר' הוא ה__________ של הכותב.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הסבר או הוכחה שתומכים בטענה.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שאפשר לבדוק את נכונותו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עמדה אישית שאי אפשר להוכיח באופן חד משמעי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פתיחה, גוף וסיכום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שאפשר לבדוק אם הוא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קביעה שהכותב רוצה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מבנה 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עמדה אישית ללא הוכחה חד משמעית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טקסט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שני עם דוגמה תומכת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הצגת הנושא והטענה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- חיזוק הטענה ומסקנה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 עם דוגמה תומכת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'יש להוסיף זמן הפסקה לתלמידים, כי זה משפר ריכוז ולמידה.' זהו בכתיבה קצרה את הטענה ואת הנימוק.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עובדה לדעה, ותנו דוגמה אחת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טענה לנימוק?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שהוא עובדה ולמשפט שהוא דעה.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המבנה של טקסט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טיעון ומידע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